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16A394"/>
          <w:sz w:val="40"/>
          <w:rtl w:val="1"/>
          <w:szCs w:val="40"/>
          <w:bCs/>
        </w:rPr>
        <w:t>🌉 בונים גשר – דף עבודה – עולים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לכיתות עולים (כל הגילים)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6A394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ללמוד מילים של מחלוקת וגישור.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להגיד "אֲנִי מַרְגִּישׁ/ה…" ו"אֶפְשָׁר…?"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לתרגל שיחה קצרה בזוגות.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6A394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"קו הדעה" עם טענה קלילה. מה ההבדל בין לחשוב אחרת לבין לריב?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המודל: כרזת 5 הצעדים על הגשר. משחק "בונה או שורף" (חלק א׳).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בשלשות עם כרטיסי התפקיד + צופה עם דף תצפית (חלק ב׳).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"אמרו את זה אחרת" – הופכים האשמה למסר "אני" (חלק ג׳).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שיתוף: משפט אחד שבנה גשר. כללי האמנה הכיתתית.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16A394"/>
          <w:sz w:val="28"/>
          <w:rtl w:val="1"/>
          <w:szCs w:val="28"/>
          <w:bCs/>
        </w:rPr>
        <w:t>💡 דגשים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מקריאים את בנק המילים בקול, ומאפשרים תרגום לשפת האם.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תרחיש מומלץ: "הספר בספרייה".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מעודדים כל ניסיון בעברית – בלי תיקון מול כולם.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תמיכה ולמידה – לא טיפול. לא מבקשים לחשוף ריבים אישיים, ותמיד אפשר לדלג. חרם, אלימות או דאגה לשלום תלמיד/ה → מיד ליועצת.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א׳ – בַּנְק מִלִּים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קִרְאוּ וְכִתְבוּ בַּשָּׂפָה שֶׁלָּכֶם.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עִבְרִית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English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בַּשָּׂפָה שֶׁלִּי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מַחְלֹקֶת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disagreement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רִיב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fight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לְהַקְשִׁיב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to listen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לְגַשֵּׁר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to mediate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מְגַשֵּׁר / מְגַשֶּׁרֶת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mediator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תּוֹר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turn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פִּתְרוֹן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solution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לְהַסְכִּים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to agree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כּוֹעֵס / כּוֹעֶסֶת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angry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עָצוּב / עֲצוּבָה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sad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חָשׁוּב לִי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it is important to me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בְּבַקָּשָׁה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please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סְלִיחָה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sorry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בְּיַחַד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together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ב׳ – הַסֵּפֶר בַּסִּפְרִיָּה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קִרְאוּ וְהַקִּיפוּ.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📚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דָּנִי: "אֲנִי לָקַחְתִּי אֶת הַסֵּפֶר רִאשׁוֹן!"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סָשָׁה: "גַּם אֲנִי צָרִיךְ אֶת הַסֵּפֶר לָעֲבוֹדָה!"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מָה הַפִּתְרוֹן הֲכִי טוֹב?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קוֹרְאִים בְּיַחַד אוֹ בְּתוֹר: יוֹם אֶחָד דָּנִי, יוֹם אֶחָד סָשָׁה   ◯ שׁוֹאֲלִים אֶת הַסַּפְרָן אִם יֵשׁ עוֹד סֵפֶר   ◯ דָּנִי לוֹקֵחַ וְהוֹלֵךְ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ג׳ – מִשְׁפָּט טוֹב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מַתְחִים קַו בֵּין הַמִּשְׁפָּט הָרַע לַמִּשְׁפָּט הַטּוֹב.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🔥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🌉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אַתָּה תָּמִיד צוֹעֵק!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אֲנִי לֹא אוֹהֵב כְּשֶׁצּוֹעֲקִים. אֶפְשָׁר לְדַבֵּר בְּשֶׁקֶט?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זֶה שֶׁלִּי! תֵּן!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אֶפְשָׁר בְּבַקָּשָׁה לְקַבֵּל? אֲנִי צָרִיךְ אֶת זֶה.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אַתְּ לֹא מְבִינָה כְּלוּם!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אֲנִי רוֹצֶה לְהַסְבִּיר שׁוּב. בְּסֵדֶר?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בִּגְלָלְךָ אֲנִי עָצוּב!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אֲנִי עָצוּב. אֶפְשָׁר לְדַבֵּר?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אֲנִי מַרְגִּישׁ / מַרְגִּישָׁה ____________ כְּשֶׁ ____________. אֶפְשָׁר ____________?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כַּרְטִיס יְצִיאָה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מִלָּה חֲדָשָׁה שֶׁלָּמַדְתִּי: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מִשְׁפָּט טוֹב שֶׁאֲנִי אוֹמֵר/ת: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